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 w:val="0"/>
          <w:sz w:val="18"/>
        </w:rPr>
        <w:t>붙임 1</w:t>
      </w:r>
    </w:p>
    <w:p>
      <w:pPr>
        <w:jc w:val="center"/>
      </w:pPr>
      <w:r>
        <w:rPr>
          <w:b/>
          <w:sz w:val="32"/>
        </w:rPr>
        <w:t>온라인조사플랫폼(WiseON) 무상제공 신청서</w:t>
      </w:r>
    </w:p>
    <w:p>
      <w:pPr>
        <w:jc w:val="center"/>
      </w:pPr>
      <w:r>
        <w:rPr>
          <w:b w:val="0"/>
          <w:sz w:val="19"/>
        </w:rPr>
        <w:t>[온라인 개인정보 안전수집을 위한 정부인증 ‘온라인조사플랫폼’ 무상제공 사업]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2381"/>
          </w:tcPr>
          <w:p>
            <w:r>
              <w:rPr>
                <w:b/>
              </w:rPr>
              <w:t>기관·단체명</w:t>
            </w:r>
          </w:p>
        </w:tc>
        <w:tc>
          <w:tcPr>
            <w:tcW w:type="dxa" w:w="7030"/>
          </w:tcPr>
          <w:p>
            <w:r/>
          </w:p>
        </w:tc>
      </w:tr>
      <w:tr>
        <w:tc>
          <w:tcPr>
            <w:tcW w:type="dxa" w:w="2381"/>
          </w:tcPr>
          <w:p>
            <w:r>
              <w:rPr>
                <w:b/>
              </w:rPr>
              <w:t>구분</w:t>
            </w:r>
          </w:p>
        </w:tc>
        <w:tc>
          <w:tcPr>
            <w:tcW w:type="dxa" w:w="7030"/>
          </w:tcPr>
          <w:p>
            <w:r>
              <w:t>☐ 국회   ☐ 언론사   ☐ 공공기관   ☐ 협단체   ☐ 기업 CPO 특별 지원</w:t>
            </w:r>
          </w:p>
        </w:tc>
      </w:tr>
      <w:tr>
        <w:tc>
          <w:tcPr>
            <w:tcW w:type="dxa" w:w="2381"/>
          </w:tcPr>
          <w:p>
            <w:r>
              <w:rPr>
                <w:b/>
              </w:rPr>
              <w:t>대표자</w:t>
            </w:r>
          </w:p>
        </w:tc>
        <w:tc>
          <w:tcPr>
            <w:tcW w:type="dxa" w:w="7030"/>
          </w:tcPr>
          <w:p>
            <w:r/>
          </w:p>
        </w:tc>
      </w:tr>
      <w:tr>
        <w:tc>
          <w:tcPr>
            <w:tcW w:type="dxa" w:w="2381"/>
          </w:tcPr>
          <w:p>
            <w:r>
              <w:rPr>
                <w:b/>
              </w:rPr>
              <w:t>개인정보 보호책임자</w:t>
            </w:r>
          </w:p>
        </w:tc>
        <w:tc>
          <w:tcPr>
            <w:tcW w:type="dxa" w:w="7030"/>
          </w:tcPr>
          <w:p>
            <w:r>
              <w:t>성명:</w:t>
              <w:br/>
              <w:t>직위:</w:t>
              <w:br/>
              <w:t>연락처:</w:t>
              <w:br/>
              <w:t>이메일:</w:t>
            </w:r>
          </w:p>
        </w:tc>
      </w:tr>
      <w:tr>
        <w:tc>
          <w:tcPr>
            <w:tcW w:type="dxa" w:w="2381"/>
          </w:tcPr>
          <w:p>
            <w:r>
              <w:rPr>
                <w:b/>
              </w:rPr>
              <w:t>플랫폼 계정 관리자</w:t>
            </w:r>
          </w:p>
        </w:tc>
        <w:tc>
          <w:tcPr>
            <w:tcW w:type="dxa" w:w="7030"/>
          </w:tcPr>
          <w:p>
            <w:r>
              <w:t>성명:</w:t>
              <w:br/>
              <w:t>직위:</w:t>
              <w:br/>
              <w:t>연락처:</w:t>
              <w:br/>
              <w:t>이메일:</w:t>
            </w:r>
          </w:p>
        </w:tc>
      </w:tr>
    </w:tbl>
    <w:p/>
    <w:p>
      <w:r>
        <w:rPr>
          <w:b/>
        </w:rPr>
        <w:t>확인 및 동의</w:t>
      </w:r>
    </w:p>
    <w:p>
      <w:r>
        <w:rPr>
          <w:b w:val="0"/>
        </w:rPr>
        <w:t>☐ 「개인정보보호 실천선언서」(붙임 2)를 함께 제출합니다.</w:t>
      </w:r>
    </w:p>
    <w:p>
      <w:r>
        <w:rPr>
          <w:b w:val="0"/>
        </w:rPr>
        <w:t>☐ 재단 홈페이지 ‘개인정보보호 실천기관’ 게시에 동의합니다.</w:t>
      </w:r>
    </w:p>
    <w:p>
      <w:r>
        <w:rPr>
          <w:b w:val="0"/>
        </w:rPr>
        <w:t>☐ 이용 기간 중 개인정보 유출 사고가 발생하면 실천기관 게시에서 제외되는 것에 동의합니다.</w:t>
      </w:r>
    </w:p>
    <w:p>
      <w:r>
        <w:rPr>
          <w:b w:val="0"/>
        </w:rPr>
        <w:t>☐ 아래 신청 담당자 개인정보 수집·이용에 동의합니다.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9746"/>
      </w:tblGrid>
      <w:tr>
        <w:tc>
          <w:tcPr>
            <w:tcW w:type="dxa" w:w="9746"/>
          </w:tcPr>
          <w:p>
            <w:r>
              <w:t>신청 담당자 개인정보 수집·이용 안내</w:t>
              <w:br/>
              <w:t>1) 목적: 신청 접수·심사, 계정 발급과 이용 안내</w:t>
              <w:br/>
              <w:t>2) 항목: 성명, 직위, 연락처, 전자우편</w:t>
              <w:br/>
              <w:t>3) 보유기간: 무상 제공 종료 후 즉시 삭제</w:t>
              <w:br/>
              <w:t>4) 동의를 거부할 수 있으며, 거부 시 무상 제공 신청이 제한됩니다.</w:t>
              <w:br/>
              <w:t>※ 개인정보처리방침: www.kcf-korea.org/privacy-policy</w:t>
            </w:r>
          </w:p>
        </w:tc>
      </w:tr>
    </w:tbl>
    <w:p/>
    <w:p>
      <w:r>
        <w:rPr>
          <w:b w:val="0"/>
        </w:rPr>
        <w:t>위와 같이 한국컨설팅산업재단 개인정보보호진흥원에서 추진하는 [온라인 개인정보 안전수집을 위한 정부인증 ‘온라인조사플랫폼’ 무상제공 사업]에 신청합니다.</w:t>
      </w:r>
    </w:p>
    <w:p>
      <w:pPr>
        <w:jc w:val="center"/>
      </w:pPr>
      <w:r>
        <w:rPr>
          <w:b w:val="0"/>
        </w:rPr>
        <w:br/>
        <w:t>년        월        일</w:t>
      </w:r>
    </w:p>
    <w:p>
      <w:r>
        <w:rPr>
          <w:b w:val="0"/>
        </w:rPr>
        <w:br/>
        <w:t>신청인(대표자 또는 개인정보 보호책임자):                              (서명 또는 직인)</w:t>
      </w:r>
    </w:p>
    <w:p>
      <w:pPr>
        <w:jc w:val="center"/>
      </w:pPr>
      <w:r>
        <w:rPr>
          <w:b/>
        </w:rPr>
        <w:br/>
        <w:t>공익법인 (재)한국컨설팅산업재단 (부설) 개인정보보호진흥원 귀중</w:t>
      </w:r>
    </w:p>
    <w:p>
      <w:pPr>
        <w:jc w:val="center"/>
      </w:pPr>
      <w:r>
        <w:rPr>
          <w:b w:val="0"/>
          <w:sz w:val="18"/>
        </w:rPr>
        <w:t>제출: cs@kcf-korea.org (스캔 또는 PDF) · 문의 02-501-2906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